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7C8F8" w14:textId="77777777" w:rsidR="002C251B" w:rsidRDefault="009E58A3">
      <w:pPr>
        <w:spacing w:after="120"/>
      </w:pPr>
      <w:r>
        <w:rPr>
          <w:noProof/>
        </w:rPr>
        <w:drawing>
          <wp:inline distT="0" distB="0" distL="0" distR="0" wp14:anchorId="07570F5C" wp14:editId="31F4F60B">
            <wp:extent cx="2423160" cy="6959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ala_logo.png"/>
                    <pic:cNvPicPr/>
                  </pic:nvPicPr>
                  <pic:blipFill>
                    <a:blip r:embed="rId8"/>
                    <a:stretch>
                      <a:fillRect/>
                    </a:stretch>
                  </pic:blipFill>
                  <pic:spPr>
                    <a:xfrm>
                      <a:off x="0" y="0"/>
                      <a:ext cx="2423160" cy="695946"/>
                    </a:xfrm>
                    <a:prstGeom prst="rect">
                      <a:avLst/>
                    </a:prstGeom>
                  </pic:spPr>
                </pic:pic>
              </a:graphicData>
            </a:graphic>
          </wp:inline>
        </w:drawing>
      </w:r>
    </w:p>
    <w:p w14:paraId="41759CF3" w14:textId="77777777" w:rsidR="002C251B" w:rsidRDefault="009E58A3">
      <w:pPr>
        <w:spacing w:after="20"/>
        <w:jc w:val="center"/>
      </w:pPr>
      <w:r>
        <w:rPr>
          <w:b/>
          <w:sz w:val="26"/>
        </w:rPr>
        <w:t>CHILD CARE ALLIANCE OF LOS ANGELES</w:t>
      </w:r>
    </w:p>
    <w:p w14:paraId="5812DB5C" w14:textId="77777777" w:rsidR="002C251B" w:rsidRDefault="009E58A3">
      <w:pPr>
        <w:spacing w:after="400"/>
        <w:jc w:val="center"/>
      </w:pPr>
      <w:r>
        <w:rPr>
          <w:b/>
          <w:sz w:val="24"/>
        </w:rPr>
        <w:t>Job Description – Non-Supervisor</w:t>
      </w:r>
    </w:p>
    <w:p w14:paraId="66764464" w14:textId="77777777" w:rsidR="002C251B" w:rsidRDefault="009E58A3">
      <w:pPr>
        <w:spacing w:after="280"/>
        <w:jc w:val="center"/>
      </w:pPr>
      <w:r>
        <w:rPr>
          <w:b/>
        </w:rPr>
        <w:t>Reports to: Christine Rivera, Executive Assistant</w:t>
      </w:r>
    </w:p>
    <w:p w14:paraId="622AA6B7" w14:textId="77777777" w:rsidR="002C251B" w:rsidRDefault="009E58A3">
      <w:pPr>
        <w:tabs>
          <w:tab w:val="left" w:pos="2520"/>
        </w:tabs>
        <w:spacing w:after="20"/>
      </w:pPr>
      <w:r>
        <w:rPr>
          <w:b/>
        </w:rPr>
        <w:t>Job Title:</w:t>
      </w:r>
      <w:r>
        <w:tab/>
        <w:t>Administrative Coordinator</w:t>
      </w:r>
      <w:r w:rsidR="005D584C">
        <w:t xml:space="preserve"> </w:t>
      </w:r>
    </w:p>
    <w:p w14:paraId="194A9406" w14:textId="77777777" w:rsidR="002C251B" w:rsidRDefault="009E58A3">
      <w:pPr>
        <w:tabs>
          <w:tab w:val="left" w:pos="2520"/>
        </w:tabs>
        <w:spacing w:after="20"/>
      </w:pPr>
      <w:r>
        <w:rPr>
          <w:b/>
        </w:rPr>
        <w:t>Reports To:</w:t>
      </w:r>
      <w:r>
        <w:rPr>
          <w:b/>
        </w:rPr>
        <w:tab/>
        <w:t>Christine Rivera, Executive Assistant</w:t>
      </w:r>
    </w:p>
    <w:p w14:paraId="5D1D5FFA" w14:textId="77777777" w:rsidR="002C251B" w:rsidRDefault="009E58A3">
      <w:pPr>
        <w:tabs>
          <w:tab w:val="left" w:pos="2520"/>
        </w:tabs>
        <w:spacing w:after="20"/>
      </w:pPr>
      <w:r>
        <w:rPr>
          <w:b/>
        </w:rPr>
        <w:t>FLSA Classification:</w:t>
      </w:r>
      <w:r>
        <w:tab/>
        <w:t>Non-Exempt</w:t>
      </w:r>
    </w:p>
    <w:p w14:paraId="4AF7E3B2" w14:textId="77777777" w:rsidR="002C251B" w:rsidRDefault="009E58A3">
      <w:pPr>
        <w:tabs>
          <w:tab w:val="left" w:pos="2520"/>
        </w:tabs>
        <w:spacing w:after="20"/>
      </w:pPr>
      <w:r>
        <w:rPr>
          <w:b/>
        </w:rPr>
        <w:t>Location:</w:t>
      </w:r>
      <w:r>
        <w:tab/>
      </w:r>
      <w:r w:rsidR="00315103" w:rsidRPr="00315103">
        <w:rPr>
          <w:b/>
          <w:bCs/>
        </w:rPr>
        <w:t>In-Office</w:t>
      </w:r>
      <w:r>
        <w:t xml:space="preserve"> Monday through </w:t>
      </w:r>
      <w:r w:rsidR="00315103">
        <w:t xml:space="preserve">Friday 8:30 am to 5 PM </w:t>
      </w:r>
    </w:p>
    <w:p w14:paraId="22E6F065" w14:textId="77777777" w:rsidR="002C251B" w:rsidRDefault="009E58A3">
      <w:pPr>
        <w:tabs>
          <w:tab w:val="left" w:pos="2520"/>
        </w:tabs>
        <w:spacing w:after="20"/>
      </w:pPr>
      <w:r>
        <w:rPr>
          <w:b/>
        </w:rPr>
        <w:t>Pay Grade:</w:t>
      </w:r>
      <w:r>
        <w:rPr>
          <w:b/>
        </w:rPr>
        <w:tab/>
        <w:t>1</w:t>
      </w:r>
      <w:r w:rsidR="005D584C">
        <w:rPr>
          <w:b/>
        </w:rPr>
        <w:t>5</w:t>
      </w:r>
    </w:p>
    <w:p w14:paraId="10A1062C" w14:textId="77777777" w:rsidR="002C251B" w:rsidRDefault="009E58A3">
      <w:pPr>
        <w:tabs>
          <w:tab w:val="left" w:pos="2520"/>
        </w:tabs>
        <w:spacing w:after="20"/>
      </w:pPr>
      <w:r>
        <w:rPr>
          <w:b/>
        </w:rPr>
        <w:t>Pay Range:</w:t>
      </w:r>
      <w:r>
        <w:tab/>
      </w:r>
      <w:r w:rsidR="005D584C">
        <w:t>$57,800 - $63,000</w:t>
      </w:r>
    </w:p>
    <w:p w14:paraId="0C76714C" w14:textId="77777777" w:rsidR="002C251B" w:rsidRDefault="009E58A3">
      <w:pPr>
        <w:tabs>
          <w:tab w:val="left" w:pos="2520"/>
        </w:tabs>
        <w:spacing w:after="20"/>
      </w:pPr>
      <w:r>
        <w:rPr>
          <w:b/>
        </w:rPr>
        <w:t>Date:</w:t>
      </w:r>
      <w:r>
        <w:tab/>
        <w:t>September 2026</w:t>
      </w:r>
    </w:p>
    <w:p w14:paraId="36E523A3" w14:textId="77777777" w:rsidR="002C251B" w:rsidRDefault="009E58A3">
      <w:pPr>
        <w:pStyle w:val="Heading1"/>
      </w:pPr>
      <w:r>
        <w:t>SUMMARY</w:t>
      </w:r>
    </w:p>
    <w:p w14:paraId="0F94F271" w14:textId="77777777" w:rsidR="002C251B" w:rsidRDefault="009E58A3">
      <w:r>
        <w:t>The Administrative Coordinator provides reliable, organized, and confidential administrative and office-operations support across CCALA. The position coordinates supplies, purchasing documentation, technology requests, equipment inventory, travel, meetings, electronic signatures, records, People Operations support, communications, and staff events. The Administrative Coordinator works with staff across departments, follows established approval processes, tracks open items through completion, and helps maintain an efficient, welcoming, and well-organized workplace.</w:t>
      </w:r>
    </w:p>
    <w:p w14:paraId="6025A4CD" w14:textId="77777777" w:rsidR="002C251B" w:rsidRDefault="009E58A3">
      <w:r>
        <w:rPr>
          <w:b/>
        </w:rPr>
        <w:t>This is a hybrid position with required in-office presence Monday through Thursday from 8:30 a.m. to 5:00 p.m. The employee must be consistently available and ready to perform on-site responsibilities during these scheduled office hours.</w:t>
      </w:r>
    </w:p>
    <w:p w14:paraId="1F303ED1" w14:textId="77777777" w:rsidR="002C251B" w:rsidRDefault="009E58A3">
      <w:pPr>
        <w:pStyle w:val="Heading1"/>
      </w:pPr>
      <w:r>
        <w:t>ESSENTIAL FUNCTIONS</w:t>
      </w:r>
    </w:p>
    <w:p w14:paraId="18E69273" w14:textId="77777777" w:rsidR="002C251B" w:rsidRDefault="009E58A3">
      <w:pPr>
        <w:pStyle w:val="ListBullet"/>
        <w:keepLines/>
      </w:pPr>
      <w:r>
        <w:t>Monitors inventory levels and replenishes office, kitchen, and conference-room supplies to support daily operations.</w:t>
      </w:r>
    </w:p>
    <w:p w14:paraId="608CF3EE" w14:textId="77777777" w:rsidR="002C251B" w:rsidRDefault="009E58A3">
      <w:pPr>
        <w:pStyle w:val="ListBullet"/>
        <w:keepLines/>
      </w:pPr>
      <w:r>
        <w:t>Places approved office-supply orders and tracks supply expenditures against established budgets in accordance with purchasing procedures and authorization requirements.</w:t>
      </w:r>
    </w:p>
    <w:p w14:paraId="1A76ED78" w14:textId="77777777" w:rsidR="002C251B" w:rsidRDefault="009E58A3">
      <w:pPr>
        <w:pStyle w:val="ListBullet"/>
        <w:keepLines/>
      </w:pPr>
      <w:r>
        <w:t>Prepares purchase requests (PRs), verifies required information and supporting documentation, and routes requests for approval and signature.</w:t>
      </w:r>
    </w:p>
    <w:p w14:paraId="5F80DFAC" w14:textId="77777777" w:rsidR="002C251B" w:rsidRDefault="009E58A3">
      <w:pPr>
        <w:pStyle w:val="ListBullet"/>
        <w:keepLines/>
      </w:pPr>
      <w:r>
        <w:t>Maintains an organized tracking system for outstanding approvals, signatures, receipts, invoices, and supporting documentation; follows up until each item is complete.</w:t>
      </w:r>
    </w:p>
    <w:p w14:paraId="6E11A379" w14:textId="77777777" w:rsidR="002C251B" w:rsidRDefault="009E58A3">
      <w:pPr>
        <w:pStyle w:val="ListBullet"/>
        <w:keepLines/>
      </w:pPr>
      <w:r>
        <w:t>Receives deliveries, confirms receipt when appropriate, and promptly distributes items to the correct staff member or department.</w:t>
      </w:r>
    </w:p>
    <w:p w14:paraId="35B93891" w14:textId="77777777" w:rsidR="002C251B" w:rsidRDefault="009E58A3">
      <w:pPr>
        <w:pStyle w:val="ListBullet"/>
        <w:keepLines/>
      </w:pPr>
      <w:r>
        <w:t>Submits routine information-technology requests and follows up on open service tickets with VIP IT through resolution.</w:t>
      </w:r>
    </w:p>
    <w:p w14:paraId="1DBBE3D3" w14:textId="77777777" w:rsidR="002C251B" w:rsidRDefault="009E58A3">
      <w:pPr>
        <w:pStyle w:val="ListBullet"/>
        <w:keepLines/>
      </w:pPr>
      <w:r>
        <w:t>Coordinates approved requests for computers, phones, printers, email accounts, and file or SharePoint access, ensuring required information and authorization are provided.</w:t>
      </w:r>
    </w:p>
    <w:p w14:paraId="4C1FE4A0" w14:textId="77777777" w:rsidR="002C251B" w:rsidRDefault="009E58A3">
      <w:pPr>
        <w:pStyle w:val="ListBullet"/>
        <w:keepLines/>
      </w:pPr>
      <w:r>
        <w:t>Maintains accurate inventory records for laptops, phones, chargers, peripherals, and other CCALA equipment, including assignment and return information.</w:t>
      </w:r>
    </w:p>
    <w:p w14:paraId="7E92B932" w14:textId="77777777" w:rsidR="002C251B" w:rsidRDefault="009E58A3">
      <w:pPr>
        <w:pStyle w:val="ListBullet"/>
        <w:keepLines/>
      </w:pPr>
      <w:r>
        <w:t>Researches and books approved flights and hotels in accordance with organizational guidelines, approved budgets, and traveler requirements.</w:t>
      </w:r>
    </w:p>
    <w:p w14:paraId="5DD7A2A8" w14:textId="77777777" w:rsidR="002C251B" w:rsidRDefault="009E58A3">
      <w:pPr>
        <w:pStyle w:val="ListBullet"/>
        <w:keepLines/>
      </w:pPr>
      <w:r>
        <w:t>Reserves conference rooms and assists with meeting setup, technology, materials, room readiness, and post-meeting cleanup.</w:t>
      </w:r>
    </w:p>
    <w:p w14:paraId="3487EBA9" w14:textId="77777777" w:rsidR="002C251B" w:rsidRDefault="009E58A3">
      <w:pPr>
        <w:pStyle w:val="ListBullet"/>
        <w:keepLines/>
      </w:pPr>
      <w:r>
        <w:t>Arranges approved food and refreshments for meetings, staff events, and organizational activities.</w:t>
      </w:r>
    </w:p>
    <w:p w14:paraId="5D688A0F" w14:textId="77777777" w:rsidR="002C251B" w:rsidRDefault="009E58A3">
      <w:pPr>
        <w:pStyle w:val="ListBullet"/>
        <w:keepLines/>
      </w:pPr>
      <w:r>
        <w:t>Drafts, formats, and prepares routine memos, letters, reports, invoices, and other administrative documents using approved information and established templates.</w:t>
      </w:r>
    </w:p>
    <w:p w14:paraId="0E854F39" w14:textId="77777777" w:rsidR="002C251B" w:rsidRDefault="009E58A3">
      <w:pPr>
        <w:pStyle w:val="ListBullet"/>
        <w:keepLines/>
      </w:pPr>
      <w:r>
        <w:lastRenderedPageBreak/>
        <w:t>Maintains organized physical and digital filing systems and follows established file-naming, access, retention, and confidentiality procedures.</w:t>
      </w:r>
    </w:p>
    <w:p w14:paraId="2B3CF528" w14:textId="77777777" w:rsidR="002C251B" w:rsidRDefault="009E58A3">
      <w:pPr>
        <w:pStyle w:val="ListBullet"/>
        <w:keepLines/>
      </w:pPr>
      <w:r>
        <w:t>Performs basic bookkeeping support, data entry, invoice processing, and expense-report preparation or tracking in accordance with established procedures and approval controls.</w:t>
      </w:r>
    </w:p>
    <w:p w14:paraId="5C95C2E4" w14:textId="77777777" w:rsidR="002C251B" w:rsidRDefault="009E58A3">
      <w:pPr>
        <w:pStyle w:val="ListBullet"/>
        <w:keepLines/>
      </w:pPr>
      <w:r>
        <w:t>Sends documents through Adobe Acrobat Sign and maintains timely follow-up and tracking of outstanding signatures.</w:t>
      </w:r>
    </w:p>
    <w:p w14:paraId="786289FA" w14:textId="77777777" w:rsidR="002C251B" w:rsidRDefault="009E58A3">
      <w:pPr>
        <w:pStyle w:val="ListBullet"/>
        <w:keepLines/>
      </w:pPr>
      <w:r>
        <w:t>Assists with staff celebrations, holiday parties, lunches, recognition activities, and other office events, including logistics, supplies, setup, and cleanup.</w:t>
      </w:r>
    </w:p>
    <w:p w14:paraId="77544443" w14:textId="77777777" w:rsidR="002C251B" w:rsidRDefault="009E58A3">
      <w:pPr>
        <w:pStyle w:val="ListBullet"/>
        <w:keepLines/>
      </w:pPr>
      <w:r>
        <w:t>Drafts and sends routine staff reminders, office announcements, and administrative communications using clear, professional language and approved information.</w:t>
      </w:r>
    </w:p>
    <w:p w14:paraId="76CBB5B3" w14:textId="77777777" w:rsidR="002C251B" w:rsidRDefault="009E58A3">
      <w:pPr>
        <w:pStyle w:val="ListBullet"/>
        <w:keepLines/>
      </w:pPr>
      <w:r>
        <w:t>Provides responsive general administrative support to managers and staff, appropriately prioritizing requests and escalating matters when authorization or guidance is needed.</w:t>
      </w:r>
    </w:p>
    <w:p w14:paraId="00067B82" w14:textId="77777777" w:rsidR="002C251B" w:rsidRDefault="009E58A3">
      <w:pPr>
        <w:pStyle w:val="ListBullet"/>
        <w:keepLines/>
      </w:pPr>
      <w:r>
        <w:t>Coordinates new-hire orientation logistics, including scheduling, preparing materials, communicating required information, arranging workspace and technology needs, and confirming completion of assigned onboarding activities.</w:t>
      </w:r>
    </w:p>
    <w:p w14:paraId="13BCD7DC" w14:textId="77777777" w:rsidR="002C251B" w:rsidRDefault="009E58A3">
      <w:pPr>
        <w:pStyle w:val="ListBullet"/>
        <w:keepLines/>
      </w:pPr>
      <w:r>
        <w:t>Provides administrative support for routine HR and People Operations functions, including preparing documents, maintaining organized records, tracking required forms, and following up on outstanding items.</w:t>
      </w:r>
    </w:p>
    <w:p w14:paraId="4EB1DE27" w14:textId="77777777" w:rsidR="002C251B" w:rsidRDefault="009E58A3">
      <w:pPr>
        <w:pStyle w:val="ListBullet"/>
        <w:keepLines/>
      </w:pPr>
      <w:r>
        <w:t>Maintains accurate and current employee information in the Human Resources Information System (HRIS) and related People Operations records to support data integrity, compliance, reporting, and effective personnel administration.</w:t>
      </w:r>
    </w:p>
    <w:p w14:paraId="18A44D63" w14:textId="77777777" w:rsidR="002C251B" w:rsidRDefault="009E58A3">
      <w:pPr>
        <w:pStyle w:val="ListBullet"/>
        <w:keepLines/>
      </w:pPr>
      <w:r>
        <w:t>Maintains confidentiality and safeguards employee, organizational, financial, vendor, and technology-related information.</w:t>
      </w:r>
    </w:p>
    <w:p w14:paraId="7239A0B5" w14:textId="77777777" w:rsidR="002C251B" w:rsidRDefault="009E58A3">
      <w:pPr>
        <w:pStyle w:val="ListBullet"/>
        <w:keepLines/>
      </w:pPr>
      <w:r>
        <w:t>Maintains organized electronic records in SharePoint and other approved systems, following established file-naming, access, and retention procedures.</w:t>
      </w:r>
    </w:p>
    <w:p w14:paraId="27D7467A" w14:textId="77777777" w:rsidR="002C251B" w:rsidRDefault="009E58A3">
      <w:pPr>
        <w:pStyle w:val="ListBullet"/>
        <w:keepLines/>
      </w:pPr>
      <w:r>
        <w:t>Performs other related duties and administrative projects as assigned by leadership.</w:t>
      </w:r>
    </w:p>
    <w:p w14:paraId="08B78094" w14:textId="77777777" w:rsidR="002C251B" w:rsidRDefault="009E58A3">
      <w:pPr>
        <w:pStyle w:val="Heading1"/>
      </w:pPr>
      <w:r>
        <w:t>COMPETENCIES</w:t>
      </w:r>
    </w:p>
    <w:p w14:paraId="02CC6178" w14:textId="77777777" w:rsidR="002C251B" w:rsidRDefault="009E58A3">
      <w:pPr>
        <w:pStyle w:val="Heading2"/>
      </w:pPr>
      <w:r>
        <w:t>Job Knowledge / Quality &amp; Productivity</w:t>
      </w:r>
    </w:p>
    <w:p w14:paraId="75C3F8CE" w14:textId="77777777" w:rsidR="002C251B" w:rsidRDefault="009E58A3">
      <w:pPr>
        <w:pStyle w:val="ListBullet"/>
        <w:keepLines/>
      </w:pPr>
      <w:r>
        <w:t>Understands and consistently follows the procedures, systems, approval requirements, and responsibilities of the position.</w:t>
      </w:r>
    </w:p>
    <w:p w14:paraId="7A2CEA3A" w14:textId="77777777" w:rsidR="002C251B" w:rsidRDefault="009E58A3">
      <w:pPr>
        <w:pStyle w:val="ListBullet"/>
        <w:keepLines/>
      </w:pPr>
      <w:r>
        <w:t>Produces complete, accurate, well-formatted work with strong attention to detail and timely follow-through.</w:t>
      </w:r>
    </w:p>
    <w:p w14:paraId="28229980" w14:textId="77777777" w:rsidR="002C251B" w:rsidRDefault="009E58A3">
      <w:pPr>
        <w:pStyle w:val="ListBullet"/>
        <w:keepLines/>
      </w:pPr>
      <w:r>
        <w:t>Uses time efficiently, organizes competing priorities, meets deadlines, and maintains reliable tracking systems.</w:t>
      </w:r>
    </w:p>
    <w:p w14:paraId="526782AA" w14:textId="77777777" w:rsidR="002C251B" w:rsidRDefault="009E58A3">
      <w:pPr>
        <w:pStyle w:val="ListBullet"/>
        <w:keepLines/>
      </w:pPr>
      <w:r>
        <w:t>Applies Microsoft Office, SharePoint, Adobe Acrobat Sign, and other approved technology effectively in daily work.</w:t>
      </w:r>
    </w:p>
    <w:p w14:paraId="680C9251" w14:textId="77777777" w:rsidR="002C251B" w:rsidRDefault="009E58A3">
      <w:pPr>
        <w:pStyle w:val="Heading2"/>
      </w:pPr>
      <w:r>
        <w:t>Accountability</w:t>
      </w:r>
    </w:p>
    <w:p w14:paraId="4556101B" w14:textId="77777777" w:rsidR="002C251B" w:rsidRDefault="009E58A3">
      <w:pPr>
        <w:pStyle w:val="ListBullet"/>
        <w:keepLines/>
      </w:pPr>
      <w:r>
        <w:t>Takes ownership of assignments and commitments and follows them through to completion without repeated prompting.</w:t>
      </w:r>
    </w:p>
    <w:p w14:paraId="11B4BE1E" w14:textId="77777777" w:rsidR="002C251B" w:rsidRDefault="009E58A3">
      <w:pPr>
        <w:pStyle w:val="ListBullet"/>
        <w:keepLines/>
      </w:pPr>
      <w:r>
        <w:t>Keeps the supervisor informed of progress, outstanding items, concerns, and delays; closes communication loops.</w:t>
      </w:r>
    </w:p>
    <w:p w14:paraId="5DEE445C" w14:textId="77777777" w:rsidR="002C251B" w:rsidRDefault="009E58A3">
      <w:pPr>
        <w:pStyle w:val="ListBullet"/>
        <w:keepLines/>
      </w:pPr>
      <w:r>
        <w:t>Adheres to CCALA policies, procedures, established work schedules, purchasing controls, and confidentiality requirements.</w:t>
      </w:r>
    </w:p>
    <w:p w14:paraId="18C177DB" w14:textId="77777777" w:rsidR="002C251B" w:rsidRDefault="009E58A3">
      <w:pPr>
        <w:pStyle w:val="Heading2"/>
      </w:pPr>
      <w:r>
        <w:t>Adaptability / Initiative</w:t>
      </w:r>
    </w:p>
    <w:p w14:paraId="511FDEC1" w14:textId="77777777" w:rsidR="002C251B" w:rsidRDefault="009E58A3">
      <w:pPr>
        <w:pStyle w:val="ListBullet"/>
        <w:keepLines/>
      </w:pPr>
      <w:r>
        <w:t>Adjusts priorities appropriately as office needs change while maintaining accuracy, composure, and service.</w:t>
      </w:r>
    </w:p>
    <w:p w14:paraId="4EB175EB" w14:textId="77777777" w:rsidR="002C251B" w:rsidRDefault="009E58A3">
      <w:pPr>
        <w:pStyle w:val="ListBullet"/>
        <w:keepLines/>
      </w:pPr>
      <w:r>
        <w:t>Anticipates routine administrative needs, identifies next steps, and acts within the authority of the position.</w:t>
      </w:r>
    </w:p>
    <w:p w14:paraId="0905901E" w14:textId="77777777" w:rsidR="002C251B" w:rsidRDefault="009E58A3">
      <w:pPr>
        <w:pStyle w:val="ListBullet"/>
        <w:keepLines/>
      </w:pPr>
      <w:r>
        <w:t>Seeks information, resources, and solutions independently and asks timely questions when direction or approval is required.</w:t>
      </w:r>
    </w:p>
    <w:p w14:paraId="357676E9" w14:textId="77777777" w:rsidR="002C251B" w:rsidRDefault="009E58A3">
      <w:pPr>
        <w:pStyle w:val="ListBullet"/>
        <w:keepLines/>
      </w:pPr>
      <w:r>
        <w:t>Willingly assists colleagues and contributes to shared organizational needs and events.</w:t>
      </w:r>
    </w:p>
    <w:p w14:paraId="1CBCA256" w14:textId="77777777" w:rsidR="002C251B" w:rsidRDefault="009E58A3">
      <w:pPr>
        <w:pStyle w:val="Heading2"/>
      </w:pPr>
      <w:r>
        <w:lastRenderedPageBreak/>
        <w:t>Decision Making / Problem Solving</w:t>
      </w:r>
    </w:p>
    <w:p w14:paraId="0BAC80FB" w14:textId="77777777" w:rsidR="002C251B" w:rsidRDefault="009E58A3">
      <w:pPr>
        <w:pStyle w:val="ListBullet"/>
        <w:keepLines/>
      </w:pPr>
      <w:r>
        <w:t>Uses sound judgment to prioritize tasks, confirm required approvals, and determine when an issue should be escalated.</w:t>
      </w:r>
    </w:p>
    <w:p w14:paraId="73DCD873" w14:textId="77777777" w:rsidR="002C251B" w:rsidRDefault="009E58A3">
      <w:pPr>
        <w:pStyle w:val="ListBullet"/>
        <w:keepLines/>
      </w:pPr>
      <w:r>
        <w:t>Identifies missing information or documentation and follows up with the appropriate person before processing a request.</w:t>
      </w:r>
    </w:p>
    <w:p w14:paraId="7A68A79D" w14:textId="77777777" w:rsidR="002C251B" w:rsidRDefault="009E58A3">
      <w:pPr>
        <w:pStyle w:val="ListBullet"/>
        <w:keepLines/>
      </w:pPr>
      <w:r>
        <w:t>Anticipates potential scheduling, ordering, equipment, or meeting-support concerns and works proactively toward practical solutions.</w:t>
      </w:r>
    </w:p>
    <w:p w14:paraId="1BF32B59" w14:textId="77777777" w:rsidR="002C251B" w:rsidRDefault="009E58A3">
      <w:pPr>
        <w:pStyle w:val="ListBullet"/>
        <w:keepLines/>
      </w:pPr>
      <w:r>
        <w:t>Makes routine decisions within established procedures while recognizing matters that require management approval.</w:t>
      </w:r>
    </w:p>
    <w:p w14:paraId="5AD2ABCE" w14:textId="77777777" w:rsidR="002C251B" w:rsidRDefault="009E58A3">
      <w:pPr>
        <w:pStyle w:val="Heading2"/>
      </w:pPr>
      <w:r>
        <w:t>Collaboration / Communication</w:t>
      </w:r>
    </w:p>
    <w:p w14:paraId="5F15D9B2" w14:textId="77777777" w:rsidR="002C251B" w:rsidRDefault="009E58A3">
      <w:pPr>
        <w:pStyle w:val="ListBullet"/>
        <w:keepLines/>
      </w:pPr>
      <w:r>
        <w:t>Builds positive working relationships and provides courteous, responsive support to staff, vendors, and service partners.</w:t>
      </w:r>
    </w:p>
    <w:p w14:paraId="644D7607" w14:textId="77777777" w:rsidR="002C251B" w:rsidRDefault="009E58A3">
      <w:pPr>
        <w:pStyle w:val="ListBullet"/>
        <w:keepLines/>
      </w:pPr>
      <w:r>
        <w:t>Communicates clearly, professionally, and concisely in person, by telephone, through email, and in written announcements.</w:t>
      </w:r>
    </w:p>
    <w:p w14:paraId="0AB5C7C2" w14:textId="77777777" w:rsidR="002C251B" w:rsidRDefault="009E58A3">
      <w:pPr>
        <w:pStyle w:val="ListBullet"/>
        <w:keepLines/>
      </w:pPr>
      <w:r>
        <w:t>Listens carefully, confirms expectations, adapts communication to the audience, and provides accurate and timely information.</w:t>
      </w:r>
    </w:p>
    <w:p w14:paraId="7ABD0F73" w14:textId="77777777" w:rsidR="002C251B" w:rsidRDefault="009E58A3">
      <w:pPr>
        <w:pStyle w:val="ListBullet"/>
        <w:keepLines/>
      </w:pPr>
      <w:r>
        <w:t>Maintains confidentiality and shares sensitive information only with authorized individuals.</w:t>
      </w:r>
    </w:p>
    <w:p w14:paraId="4206B4E6" w14:textId="77777777" w:rsidR="002C251B" w:rsidRDefault="009E58A3">
      <w:pPr>
        <w:pStyle w:val="Heading2"/>
      </w:pPr>
      <w:r>
        <w:t>Fostering Innovation / Creativity</w:t>
      </w:r>
    </w:p>
    <w:p w14:paraId="1656BACB" w14:textId="77777777" w:rsidR="002C251B" w:rsidRDefault="009E58A3">
      <w:pPr>
        <w:pStyle w:val="ListBullet"/>
        <w:keepLines/>
      </w:pPr>
      <w:r>
        <w:t>Suggests practical improvements to administrative workflows, tracking methods, templates, filing practices, and office processes.</w:t>
      </w:r>
    </w:p>
    <w:p w14:paraId="1848AC0E" w14:textId="77777777" w:rsidR="002C251B" w:rsidRDefault="009E58A3">
      <w:pPr>
        <w:pStyle w:val="ListBullet"/>
        <w:keepLines/>
      </w:pPr>
      <w:r>
        <w:t>Learns and applies new tools and shared approaches that improve efficiency, consistency, and service.</w:t>
      </w:r>
    </w:p>
    <w:p w14:paraId="36FD524E" w14:textId="77777777" w:rsidR="002C251B" w:rsidRDefault="009E58A3">
      <w:pPr>
        <w:pStyle w:val="ListBullet"/>
        <w:keepLines/>
      </w:pPr>
      <w:r>
        <w:t>Participates constructively in idea-sharing and supports approved changes to systems and procedures.</w:t>
      </w:r>
    </w:p>
    <w:p w14:paraId="2F4B3D2C" w14:textId="77777777" w:rsidR="002C251B" w:rsidRDefault="009E58A3">
      <w:pPr>
        <w:pStyle w:val="Heading1"/>
      </w:pPr>
      <w:r>
        <w:t>QUALIFICATIONS</w:t>
      </w:r>
    </w:p>
    <w:p w14:paraId="74769BB8" w14:textId="77777777" w:rsidR="002C251B" w:rsidRDefault="009E58A3">
      <w:pPr>
        <w:pStyle w:val="ListBullet"/>
        <w:keepLines/>
      </w:pPr>
      <w:r>
        <w:t xml:space="preserve">Associate degree from an accredited college or university is </w:t>
      </w:r>
      <w:r w:rsidR="00474A1C">
        <w:t>preferred</w:t>
      </w:r>
      <w:r>
        <w:t>.</w:t>
      </w:r>
    </w:p>
    <w:p w14:paraId="0540E0C7" w14:textId="77777777" w:rsidR="002C251B" w:rsidRDefault="009E58A3">
      <w:pPr>
        <w:pStyle w:val="ListBullet"/>
        <w:keepLines/>
      </w:pPr>
      <w:r>
        <w:t>Two or more years of progressively responsible administrative, office-coordination, or related experience is preferred.</w:t>
      </w:r>
    </w:p>
    <w:p w14:paraId="24FBDA62" w14:textId="77777777" w:rsidR="002C251B" w:rsidRDefault="009E58A3">
      <w:pPr>
        <w:pStyle w:val="ListBullet"/>
        <w:keepLines/>
      </w:pPr>
      <w:r>
        <w:t>Strong organizational skills, with the ability to manage multiple assignments, maintain accurate records, prioritize effectively, and meet deadlines.</w:t>
      </w:r>
    </w:p>
    <w:p w14:paraId="6CF59BE5" w14:textId="77777777" w:rsidR="002C251B" w:rsidRDefault="009E58A3">
      <w:pPr>
        <w:pStyle w:val="ListBullet"/>
        <w:keepLines/>
      </w:pPr>
      <w:r>
        <w:t>Demonstrated ability to exercise discretion and maintain strict confidentiality.</w:t>
      </w:r>
    </w:p>
    <w:p w14:paraId="256A862C" w14:textId="77777777" w:rsidR="002C251B" w:rsidRDefault="009E58A3">
      <w:pPr>
        <w:pStyle w:val="ListBullet"/>
        <w:keepLines/>
      </w:pPr>
      <w:r>
        <w:t>Strong Microsoft Office skills, including Outlook, Word, Excel, PowerPoint, and Teams.</w:t>
      </w:r>
    </w:p>
    <w:p w14:paraId="02AA01B5" w14:textId="77777777" w:rsidR="002C251B" w:rsidRDefault="009E58A3">
      <w:pPr>
        <w:pStyle w:val="ListBullet"/>
        <w:keepLines/>
      </w:pPr>
      <w:r>
        <w:t>Proficiency using SharePoint to access, organize, maintain, and share electronic files is required.</w:t>
      </w:r>
    </w:p>
    <w:p w14:paraId="4F102750" w14:textId="77777777" w:rsidR="002C251B" w:rsidRDefault="009E58A3">
      <w:pPr>
        <w:pStyle w:val="ListBullet"/>
        <w:keepLines/>
      </w:pPr>
      <w:r>
        <w:t>Experience with Adobe Acrobat and Adobe Acrobat Sign, or the ability to learn these tools quickly.</w:t>
      </w:r>
    </w:p>
    <w:p w14:paraId="39C10880" w14:textId="77777777" w:rsidR="002C251B" w:rsidRDefault="009E58A3">
      <w:pPr>
        <w:pStyle w:val="ListBullet"/>
        <w:keepLines/>
      </w:pPr>
      <w:r>
        <w:t>Ability to learn and follow purchasing, invoice, approval, technology-ticket, equipment-inventory, travel, and records-management procedures.</w:t>
      </w:r>
    </w:p>
    <w:p w14:paraId="3D6FD836" w14:textId="77777777" w:rsidR="002C251B" w:rsidRDefault="009E58A3">
      <w:pPr>
        <w:pStyle w:val="ListBullet"/>
        <w:keepLines/>
      </w:pPr>
      <w:r>
        <w:t>Excellent verbal and written communication skills, including the ability to draft clear routine reminders and announcements.</w:t>
      </w:r>
    </w:p>
    <w:p w14:paraId="06C674ED" w14:textId="77777777" w:rsidR="002C251B" w:rsidRDefault="009E58A3">
      <w:pPr>
        <w:pStyle w:val="ListBullet"/>
        <w:keepLines/>
      </w:pPr>
      <w:r>
        <w:t>Strong customer-service and interpersonal skills with individuals at all organizational levels.</w:t>
      </w:r>
    </w:p>
    <w:p w14:paraId="06804B65" w14:textId="77777777" w:rsidR="002C251B" w:rsidRDefault="009E58A3">
      <w:pPr>
        <w:pStyle w:val="ListBullet"/>
        <w:keepLines/>
      </w:pPr>
      <w:r>
        <w:t>Ability to work independently, exercise sound judgment, and collaborate effectively as a member of multiple teams.</w:t>
      </w:r>
    </w:p>
    <w:p w14:paraId="02D90403" w14:textId="77777777" w:rsidR="002C251B" w:rsidRDefault="009E58A3">
      <w:pPr>
        <w:pStyle w:val="ListBullet"/>
        <w:keepLines/>
      </w:pPr>
      <w:r>
        <w:t>Consistent attention to detail, accuracy, responsiveness, and follow-through.</w:t>
      </w:r>
    </w:p>
    <w:p w14:paraId="5A7BA1E8" w14:textId="77777777" w:rsidR="002C251B" w:rsidRDefault="009E58A3">
      <w:pPr>
        <w:pStyle w:val="ListBullet"/>
        <w:keepLines/>
      </w:pPr>
      <w:r>
        <w:t>Ability to maintain the required hybrid schedule and work in the CCALA office Monday through Thursday from 8:30 a.m. to 5:00 p.m.</w:t>
      </w:r>
    </w:p>
    <w:p w14:paraId="53FF31AD" w14:textId="77777777" w:rsidR="002C251B" w:rsidRDefault="009E58A3">
      <w:pPr>
        <w:pStyle w:val="ListBullet"/>
        <w:keepLines/>
      </w:pPr>
      <w:r>
        <w:t>Valid California driver's license and automobile insurance meeting California requirements may be required for local errands or travel.</w:t>
      </w:r>
    </w:p>
    <w:p w14:paraId="00219604" w14:textId="77777777" w:rsidR="002C251B" w:rsidRDefault="009E58A3">
      <w:pPr>
        <w:pStyle w:val="Heading1"/>
      </w:pPr>
      <w:r>
        <w:t>PHYSICAL DEMANDS AND WORK ENVIRONMENT</w:t>
      </w:r>
    </w:p>
    <w:p w14:paraId="2384B49A" w14:textId="77777777" w:rsidR="002C251B" w:rsidRDefault="009E58A3">
      <w:r>
        <w:t xml:space="preserve">The physical demands described are representative of those required to perform the essential functions of this position. Reasonable accommodations may be made to enable qualified individuals with disabilities to perform essential functions. The employee regularly communicates with others, uses a computer and standard office equipment, and remains seated or standing for extended periods. The position requires </w:t>
      </w:r>
      <w:r>
        <w:lastRenderedPageBreak/>
        <w:t>occasional walking, bending, reaching, and lifting or moving office supplies, deliveries, meeting materials, or equipment weighing up to 25 pounds. The office noise level is generally quiet to moderate.</w:t>
      </w:r>
    </w:p>
    <w:p w14:paraId="351144AD" w14:textId="77777777" w:rsidR="002C251B" w:rsidRDefault="009E58A3">
      <w:pPr>
        <w:pStyle w:val="Heading1"/>
      </w:pPr>
      <w:r>
        <w:t>WORK SCHEDULE AND TRAVEL REQUIREMENTS</w:t>
      </w:r>
    </w:p>
    <w:p w14:paraId="728462B5" w14:textId="77777777" w:rsidR="002C251B" w:rsidRDefault="009E58A3">
      <w:pPr>
        <w:pStyle w:val="ListBullet"/>
        <w:keepLines/>
      </w:pPr>
      <w:r>
        <w:t>This is a hybrid position requiring regular in-office presence Monday through Thursday from 8:30 a.m. to 5:00 p.m. Remote-work scheduling, if any, is subject to CCALA policy and supervisor approval.</w:t>
      </w:r>
    </w:p>
    <w:p w14:paraId="5BCBACFE" w14:textId="77777777" w:rsidR="002C251B" w:rsidRDefault="009E58A3">
      <w:pPr>
        <w:pStyle w:val="ListBullet"/>
        <w:keepLines/>
      </w:pPr>
      <w:r>
        <w:t>Occasional local travel within Los Angeles County may be required for approved errands, meetings, or events using personal transportation.</w:t>
      </w:r>
    </w:p>
    <w:p w14:paraId="2FB87433" w14:textId="77777777" w:rsidR="002C251B" w:rsidRDefault="009E58A3">
      <w:pPr>
        <w:pStyle w:val="ListBullet"/>
        <w:keepLines/>
      </w:pPr>
      <w:r>
        <w:t>Occasional schedule adjustments may be required for organizational meetings or events, with advance notice whenever practicable.</w:t>
      </w:r>
    </w:p>
    <w:p w14:paraId="524E9FE5" w14:textId="77777777" w:rsidR="002C251B" w:rsidRDefault="009E58A3">
      <w:pPr>
        <w:pStyle w:val="Heading1"/>
      </w:pPr>
      <w:r>
        <w:t>EQUAL OPPORTUNITY EMPLOYER</w:t>
      </w:r>
    </w:p>
    <w:p w14:paraId="2D58E617" w14:textId="77777777" w:rsidR="002C251B" w:rsidRDefault="009E58A3">
      <w:r>
        <w:t>The Child Care Alliance of Los Angeles is committed to building and sustaining a diverse workforce and culture. CCALA provides equal opportunity in all employment practices and does not discriminate on the basis of any characteristic protected by applicable law.</w:t>
      </w:r>
    </w:p>
    <w:p w14:paraId="467FC849" w14:textId="77777777" w:rsidR="002C251B" w:rsidRDefault="009E58A3">
      <w:r>
        <w:t>The above describes the general content and requirements of this position and is not an exhaustive statement of all duties, responsibilities, or physical requirements. Nothing in this job description restricts management's right to assign or reassign duties and responsibilities at any time. Employment with CCALA is at will.</w:t>
      </w:r>
    </w:p>
    <w:p w14:paraId="2F3380BF" w14:textId="77777777" w:rsidR="002C251B" w:rsidRDefault="009E58A3">
      <w:pPr>
        <w:pStyle w:val="Heading1"/>
      </w:pPr>
      <w:r>
        <w:t>APPROVAL AND ACKNOWLEDGMENT</w:t>
      </w:r>
    </w:p>
    <w:p w14:paraId="65DEEC43" w14:textId="77777777" w:rsidR="002C251B" w:rsidRDefault="009E58A3">
      <w:r>
        <w:t>This Job Description has been approved by:</w:t>
      </w:r>
    </w:p>
    <w:p w14:paraId="341AAE1E" w14:textId="77777777" w:rsidR="002C251B" w:rsidRDefault="009E58A3">
      <w:pPr>
        <w:spacing w:before="240"/>
      </w:pPr>
      <w:r>
        <w:rPr>
          <w:b/>
        </w:rPr>
        <w:t xml:space="preserve">Department Director: </w:t>
      </w:r>
      <w:r>
        <w:t>__________________________________________    Date: ________________</w:t>
      </w:r>
    </w:p>
    <w:p w14:paraId="7E967E53" w14:textId="77777777" w:rsidR="002C251B" w:rsidRDefault="009E58A3">
      <w:pPr>
        <w:spacing w:before="240"/>
      </w:pPr>
      <w:r>
        <w:rPr>
          <w:b/>
        </w:rPr>
        <w:t xml:space="preserve">Senior Director, HR &amp; IT: </w:t>
      </w:r>
      <w:r>
        <w:t>__________________________________________    Date: ________________</w:t>
      </w:r>
    </w:p>
    <w:p w14:paraId="6E7936A7" w14:textId="77777777" w:rsidR="002C251B" w:rsidRDefault="009E58A3">
      <w:pPr>
        <w:spacing w:before="280"/>
      </w:pPr>
      <w:r>
        <w:rPr>
          <w:b/>
        </w:rPr>
        <w:t>Employee signature below indicates the employee's understanding of the requirements, essential functions, duties, work schedule, and location of the position.</w:t>
      </w:r>
    </w:p>
    <w:p w14:paraId="3B32924A" w14:textId="77777777" w:rsidR="002C251B" w:rsidRDefault="009E58A3">
      <w:pPr>
        <w:spacing w:before="280"/>
      </w:pPr>
      <w:r>
        <w:rPr>
          <w:b/>
        </w:rPr>
        <w:t xml:space="preserve">Employee Name: </w:t>
      </w:r>
      <w:r>
        <w:t>_______________________________________</w:t>
      </w:r>
    </w:p>
    <w:p w14:paraId="1E22F0D5" w14:textId="77777777" w:rsidR="002C251B" w:rsidRDefault="009E58A3">
      <w:pPr>
        <w:spacing w:before="200"/>
      </w:pPr>
      <w:r>
        <w:rPr>
          <w:b/>
        </w:rPr>
        <w:t xml:space="preserve">Employee Signature: </w:t>
      </w:r>
      <w:r>
        <w:t>__________________________________    Date: ________________</w:t>
      </w:r>
    </w:p>
    <w:sectPr w:rsidR="002C251B" w:rsidSect="00034616">
      <w:headerReference w:type="even" r:id="rId9"/>
      <w:headerReference w:type="default" r:id="rId10"/>
      <w:footerReference w:type="default" r:id="rId11"/>
      <w:headerReference w:type="first" r:id="rId12"/>
      <w:pgSz w:w="12240" w:h="15840"/>
      <w:pgMar w:top="792" w:right="1152" w:bottom="864"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223A8" w14:textId="77777777" w:rsidR="00883F66" w:rsidRDefault="00883F66">
      <w:pPr>
        <w:spacing w:after="0" w:line="240" w:lineRule="auto"/>
      </w:pPr>
      <w:r>
        <w:separator/>
      </w:r>
    </w:p>
  </w:endnote>
  <w:endnote w:type="continuationSeparator" w:id="0">
    <w:p w14:paraId="76AB3670" w14:textId="77777777" w:rsidR="00883F66" w:rsidRDefault="00883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A22DF" w14:textId="77777777" w:rsidR="002C251B" w:rsidRDefault="009E58A3">
    <w:pPr>
      <w:pStyle w:val="Footer"/>
      <w:jc w:val="right"/>
    </w:pPr>
    <w:r>
      <w:rPr>
        <w:color w:val="646464"/>
        <w:sz w:val="16"/>
      </w:rPr>
      <w:t xml:space="preserve">Page </w:t>
    </w:r>
    <w:r>
      <w:fldChar w:fldCharType="begin"/>
    </w:r>
    <w:r>
      <w:instrText>PAGE</w:instrText>
    </w:r>
    <w:r>
      <w:fldChar w:fldCharType="separate"/>
    </w:r>
    <w:r w:rsidR="00474A1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50972" w14:textId="77777777" w:rsidR="00883F66" w:rsidRDefault="00883F66">
      <w:pPr>
        <w:spacing w:after="0" w:line="240" w:lineRule="auto"/>
      </w:pPr>
      <w:r>
        <w:separator/>
      </w:r>
    </w:p>
  </w:footnote>
  <w:footnote w:type="continuationSeparator" w:id="0">
    <w:p w14:paraId="6C07F7FF" w14:textId="77777777" w:rsidR="00883F66" w:rsidRDefault="00883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8214" w14:textId="77777777" w:rsidR="00061EEF" w:rsidRDefault="00061E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6A342" w14:textId="77777777" w:rsidR="002C251B" w:rsidRDefault="009E58A3">
    <w:pPr>
      <w:pStyle w:val="Header"/>
      <w:jc w:val="right"/>
    </w:pPr>
    <w:r>
      <w:rPr>
        <w:color w:val="646464"/>
        <w:sz w:val="16"/>
      </w:rPr>
      <w:t>CCALA | Administrative Coordinator Job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4545" w14:textId="77777777" w:rsidR="00061EEF" w:rsidRDefault="00061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4306323">
    <w:abstractNumId w:val="8"/>
  </w:num>
  <w:num w:numId="2" w16cid:durableId="116533744">
    <w:abstractNumId w:val="6"/>
  </w:num>
  <w:num w:numId="3" w16cid:durableId="1678732243">
    <w:abstractNumId w:val="5"/>
  </w:num>
  <w:num w:numId="4" w16cid:durableId="1831367539">
    <w:abstractNumId w:val="4"/>
  </w:num>
  <w:num w:numId="5" w16cid:durableId="253247833">
    <w:abstractNumId w:val="7"/>
  </w:num>
  <w:num w:numId="6" w16cid:durableId="1108157302">
    <w:abstractNumId w:val="3"/>
  </w:num>
  <w:num w:numId="7" w16cid:durableId="1165587833">
    <w:abstractNumId w:val="2"/>
  </w:num>
  <w:num w:numId="8" w16cid:durableId="1294870282">
    <w:abstractNumId w:val="1"/>
  </w:num>
  <w:num w:numId="9" w16cid:durableId="1336103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EEF"/>
    <w:rsid w:val="00072118"/>
    <w:rsid w:val="00140EF1"/>
    <w:rsid w:val="0015074B"/>
    <w:rsid w:val="001C0CF3"/>
    <w:rsid w:val="0029639D"/>
    <w:rsid w:val="002C251B"/>
    <w:rsid w:val="00306D96"/>
    <w:rsid w:val="00315103"/>
    <w:rsid w:val="00326F90"/>
    <w:rsid w:val="00411416"/>
    <w:rsid w:val="00474A1C"/>
    <w:rsid w:val="005D584C"/>
    <w:rsid w:val="005D6424"/>
    <w:rsid w:val="00883F66"/>
    <w:rsid w:val="00902735"/>
    <w:rsid w:val="0094640A"/>
    <w:rsid w:val="009E58A3"/>
    <w:rsid w:val="00AA1D8D"/>
    <w:rsid w:val="00B47730"/>
    <w:rsid w:val="00C43744"/>
    <w:rsid w:val="00CB0664"/>
    <w:rsid w:val="00E31BE0"/>
    <w:rsid w:val="00F30220"/>
    <w:rsid w:val="00FA5D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00CDBF"/>
  <w14:defaultImageDpi w14:val="300"/>
  <w15:docId w15:val="{1D6E8CEF-EC8B-4FB4-9A87-C411A8165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7" w:lineRule="auto"/>
      <w:ind w:left="504"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1704</Words>
  <Characters>9718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CCALA Job Description - Administrative Coordinator</dc:title>
  <dc:subject>Administrative Coordinator position description</dc:subject>
  <dc:creator>Child Care Alliance of Los Angeles</dc:creator>
  <cp:keywords/>
  <dc:description>generated by python-docx</dc:description>
  <cp:lastModifiedBy>Janelle Strohmeyer</cp:lastModifiedBy>
  <cp:revision>2</cp:revision>
  <dcterms:created xsi:type="dcterms:W3CDTF">2026-09-24T18:19:00Z</dcterms:created>
  <dcterms:modified xsi:type="dcterms:W3CDTF">2026-09-24T18:19:00Z</dcterms:modified>
  <cp:category/>
</cp:coreProperties>
</file>